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5B1A37"/>
          <w:sz w:val="44"/>
        </w:rPr>
        <w:t>APOSTLE KAREN BOLDEN</w:t>
      </w:r>
    </w:p>
    <w:p>
      <w:pPr>
        <w:jc w:val="center"/>
      </w:pPr>
      <w:r>
        <w:rPr>
          <w:rFonts w:ascii="Georgia" w:hAnsi="Georgia"/>
          <w:i/>
          <w:color w:val="9B6C22"/>
          <w:sz w:val="21"/>
        </w:rPr>
        <w:t>Apostolic Leader • Kingdom Ambassador • Builder • Equipper • Visionary</w:t>
      </w:r>
    </w:p>
    <w:p>
      <w:pPr>
        <w:spacing w:after="140" w:line="250" w:lineRule="auto"/>
        <w:jc w:val="both"/>
      </w:pPr>
      <w:r>
        <w:t>Apostle Karen Bolden is an apostolic leader, Kingdom ambassador, author, coach, speaker, and visionary with 30 years of ministry experience. A native of Detroit, Michigan, her life and ministry have been marked by faith, obedience, prayer, perseverance, and a divine mandate to build, equip, align, and advance the Body of Christ. She answered the apostolic call in 2014 and was consecrated into the office of Apostle in the nation’s capital, Washington, D.C., a defining moment in her apostolic journey. Her passion is to see believers move beyond religious limitations into spiritual maturity, Kingdom identity, divine purpose, and effective service.</w:t>
      </w:r>
    </w:p>
    <w:p>
      <w:pPr>
        <w:spacing w:after="140" w:line="250" w:lineRule="auto"/>
        <w:jc w:val="both"/>
      </w:pPr>
      <w:r>
        <w:t>In 2018, she founded Kingdom Dominion Cycle Breakers, LLC, a marketplace ministry created to empower individuals and families to break limiting cycles and pursue purpose. That vision expanded into Kingdom Dominion Cycle Breakers Ministries, Intl. and Releasing The Fire, through which she continues to advance apostolic ministry, prayer, leadership development, Kingdom teaching, spiritual activation, and the equipping of believers for the work of ministry.</w:t>
      </w:r>
    </w:p>
    <w:p>
      <w:pPr>
        <w:spacing w:after="140" w:line="250" w:lineRule="auto"/>
        <w:jc w:val="both"/>
      </w:pPr>
      <w:r>
        <w:t>A defining season came when the Lord drew Apostle Karen away from her familiar region, relationships, and surroundings for four months to minister personally to her. That sacred time became one of consecration, realignment, healing, instruction, and renewed clarity concerning her apostolic assignment. Out of that season, Releasing The Fire was rebirthed with a deeper mandate to equip and train believers for Kingdom purpose through prayer, teaching, impartation, activation, and the power and demonstration of the Holy Spirit.</w:t>
      </w:r>
    </w:p>
    <w:p>
      <w:pPr>
        <w:spacing w:after="140" w:line="250" w:lineRule="auto"/>
        <w:jc w:val="both"/>
      </w:pPr>
      <w:r>
        <w:t>Integral to this assignment is an amazing apostolic team that Apostle Karen recognizes as divinely assembled by the Lord. The team consists of five-fold ministry leaders serving both locally and nationally, bringing together diverse graces, gifts, and Kingdom assignments. Together, they reflect her conviction that apostolic ministry is not built around one individual, but through covenant relationships, spiritual alignment, collaboration, and leaders who honor one another’s grace while working together to strengthen the Body of Christ and advance the Kingdom of God.</w:t>
      </w:r>
    </w:p>
    <w:p>
      <w:pPr>
        <w:spacing w:after="140" w:line="250" w:lineRule="auto"/>
        <w:jc w:val="both"/>
      </w:pPr>
      <w:r>
        <w:t>Apostle Karen carries a particular burden to build and undergird leaders, develop apostolic teams, restore the mantle of prayer and intercession, and create space for emerging voices who have been overlooked, hidden, or underdeveloped. She believes authentic apostolic leadership establishes order, recognizes grace, cultivates gifts, develops people, and releases others to fulfill what God has placed within them.</w:t>
      </w:r>
    </w:p>
    <w:p>
      <w:pPr>
        <w:spacing w:after="140" w:line="250" w:lineRule="auto"/>
        <w:jc w:val="both"/>
      </w:pPr>
      <w:r>
        <w:t>Through much prayer, fasting, consecration, and the directive of the Holy Spirit, Apostle Karen also birthed The Deborah Advance, an apostolic women’s gathering carrying the mandate, “Arising, Mobilizing &amp; Advancing the Kingdom of God.” The Deborah Advance calls women of purpose, women of power, and women on assignment to arise in their God-given identity, be equipped for their Kingdom assignments, mobilize in unity, and advance the Kingdom of God forward. It reflects her burden to see women strengthened, activated, developed as Kingdom leaders, and positioned to impact families, ministries, communities, marketplaces, and generations for such a time as this.</w:t>
      </w:r>
    </w:p>
    <w:p>
      <w:pPr>
        <w:spacing w:after="140" w:line="250" w:lineRule="auto"/>
        <w:jc w:val="both"/>
      </w:pPr>
      <w:r>
        <w:t>Today, after 30 years of ministry, Apostle Karen continues to serve as a visionary apostolic leader and Kingdom strategist. Through preaching, teaching, leadership development, mentoring, intercession, marketplace ministry, Releasing The Fire, The Deborah Advance, and the five-fold ministry team God has joined to the assignment, she remains committed to building people who can carry what God is releasing, strengthening leaders who will strengthen others, restoring prayer to its rightful place, and mobilizing believers to advance the Kingdom with power, wisdom, integrity, unity, and demonstration.</w:t>
      </w:r>
    </w:p>
    <w:p>
      <w:pPr>
        <w:spacing w:before="80"/>
        <w:jc w:val="center"/>
      </w:pPr>
      <w:r>
        <w:rPr>
          <w:rFonts w:ascii="Georgia" w:hAnsi="Georgia"/>
          <w:b/>
          <w:color w:val="9B6C22"/>
          <w:sz w:val="19"/>
        </w:rPr>
        <w:t>BUILDING PEOPLE • EQUIPPING LEADERS • MOBILIZING BELIEVERS • ADVANCING THE KINGDOM</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